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921EA" w14:textId="77777777" w:rsidR="00BB7A4B" w:rsidRDefault="00CB3B25">
      <w:r>
        <w:rPr>
          <w:noProof/>
        </w:rPr>
        <w:drawing>
          <wp:inline distT="0" distB="0" distL="0" distR="0" wp14:anchorId="55A16E25" wp14:editId="2D0B6B2B">
            <wp:extent cx="2423160" cy="7166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1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6EBF7" w14:textId="77777777" w:rsidR="00BB7A4B" w:rsidRDefault="00CB3B25">
      <w:pPr>
        <w:pStyle w:val="Titre1"/>
        <w:jc w:val="center"/>
      </w:pPr>
      <w:r>
        <w:t>SUMMER CAMPUS 2026</w:t>
      </w:r>
    </w:p>
    <w:p w14:paraId="56875A64" w14:textId="77777777" w:rsidR="00BB7A4B" w:rsidRDefault="00CB3B25">
      <w:pPr>
        <w:jc w:val="center"/>
      </w:pPr>
      <w:r>
        <w:rPr>
          <w:b/>
          <w:color w:val="0B5FA5"/>
          <w:sz w:val="26"/>
        </w:rPr>
        <w:t>Néo-bacheliers – Licence 1 | Préparez votre rentrée à l’Université !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68"/>
      </w:tblGrid>
      <w:tr w:rsidR="00BB7A4B" w14:paraId="1A2465DD" w14:textId="77777777">
        <w:tc>
          <w:tcPr>
            <w:tcW w:w="10368" w:type="dxa"/>
            <w:shd w:val="clear" w:color="auto" w:fill="EAF4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1A38B51" w14:textId="77777777" w:rsidR="00BB7A4B" w:rsidRDefault="00CB3B25">
            <w:pPr>
              <w:spacing w:after="0"/>
            </w:pPr>
            <w:r>
              <w:rPr>
                <w:b/>
              </w:rPr>
              <w:t>📅</w:t>
            </w:r>
            <w:r>
              <w:rPr>
                <w:b/>
              </w:rPr>
              <w:t xml:space="preserve"> Du 25 au 28 août 2026   |   </w:t>
            </w:r>
            <w:r>
              <w:rPr>
                <w:b/>
              </w:rPr>
              <w:t>🕘</w:t>
            </w:r>
            <w:r>
              <w:rPr>
                <w:b/>
              </w:rPr>
              <w:t xml:space="preserve"> 9h00 à 12h30   |   </w:t>
            </w:r>
            <w:r>
              <w:rPr>
                <w:b/>
              </w:rPr>
              <w:t>📍</w:t>
            </w:r>
            <w:r>
              <w:rPr>
                <w:b/>
              </w:rPr>
              <w:t xml:space="preserve"> Campus de Villetaneuse</w:t>
            </w:r>
          </w:p>
        </w:tc>
      </w:tr>
    </w:tbl>
    <w:p w14:paraId="0164950C" w14:textId="77777777" w:rsidR="00BB7A4B" w:rsidRDefault="00BB7A4B">
      <w:pPr>
        <w:spacing w:after="40"/>
      </w:pPr>
    </w:p>
    <w:p w14:paraId="0AB6A4F6" w14:textId="0B09B8FC" w:rsidR="00BB7A4B" w:rsidRPr="00CB3B25" w:rsidRDefault="00CB3B25">
      <w:pPr>
        <w:rPr>
          <w:b/>
        </w:rPr>
      </w:pPr>
      <w:r>
        <w:rPr>
          <w:b/>
        </w:rPr>
        <w:t xml:space="preserve">Vous entrez en Licence 1 à l’UFR Droit, Sciences politiques et sociales (DSPS) à la rentrée 2026 ? </w:t>
      </w:r>
      <w:r>
        <w:rPr>
          <w:b/>
        </w:rPr>
        <w:br/>
      </w:r>
      <w:r>
        <w:t>Le Summer Campus est l’occasion idéale de préparer sereinement votre arrivée à l’université.</w:t>
      </w:r>
    </w:p>
    <w:p w14:paraId="1BE31C4E" w14:textId="77777777" w:rsidR="00BB7A4B" w:rsidRDefault="00CB3B25">
      <w:pPr>
        <w:pStyle w:val="Titre2"/>
      </w:pPr>
      <w:r>
        <w:t>Au programme</w:t>
      </w:r>
    </w:p>
    <w:p w14:paraId="72C19E62" w14:textId="6918D03A" w:rsidR="00BB7A4B" w:rsidRDefault="00CD4726" w:rsidP="00E14B82">
      <w:pPr>
        <w:pStyle w:val="Paragraphedeliste"/>
        <w:numPr>
          <w:ilvl w:val="0"/>
          <w:numId w:val="10"/>
        </w:numPr>
      </w:pPr>
      <w:r>
        <w:t>Premiers pa</w:t>
      </w:r>
      <w:r w:rsidR="00E14B82">
        <w:t>s</w:t>
      </w:r>
      <w:r>
        <w:t xml:space="preserve"> dans l’université</w:t>
      </w:r>
      <w:r w:rsidR="00CB3B25">
        <w:t xml:space="preserve"> ;</w:t>
      </w:r>
    </w:p>
    <w:p w14:paraId="08E60716" w14:textId="511A1E71" w:rsidR="00BB7A4B" w:rsidRDefault="00E14B82" w:rsidP="00E14B82">
      <w:pPr>
        <w:pStyle w:val="Paragraphedeliste"/>
        <w:numPr>
          <w:ilvl w:val="0"/>
          <w:numId w:val="10"/>
        </w:numPr>
      </w:pPr>
      <w:r>
        <w:t>Approfondissement des compétences essentielles pour réussir</w:t>
      </w:r>
      <w:r w:rsidR="00CB3B25">
        <w:t xml:space="preserve"> ;</w:t>
      </w:r>
    </w:p>
    <w:p w14:paraId="563EC9E8" w14:textId="34F3F986" w:rsidR="00BB7A4B" w:rsidRDefault="00E14B82" w:rsidP="00E14B82">
      <w:pPr>
        <w:pStyle w:val="Paragraphedeliste"/>
        <w:numPr>
          <w:ilvl w:val="0"/>
          <w:numId w:val="10"/>
        </w:numPr>
      </w:pPr>
      <w:r>
        <w:t>R</w:t>
      </w:r>
      <w:r w:rsidR="00CB3B25">
        <w:t>encontre</w:t>
      </w:r>
      <w:r>
        <w:t xml:space="preserve"> avec</w:t>
      </w:r>
      <w:r w:rsidR="00CB3B25">
        <w:t xml:space="preserve"> d’autres étudiants avant la rentrée.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68"/>
      </w:tblGrid>
      <w:tr w:rsidR="00BB7A4B" w14:paraId="162F262D" w14:textId="77777777">
        <w:tc>
          <w:tcPr>
            <w:tcW w:w="10368" w:type="dxa"/>
            <w:shd w:val="clear" w:color="auto" w:fill="FFF4D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D4A79E" w14:textId="5DE471A9" w:rsidR="00BB7A4B" w:rsidRDefault="00CB3B25">
            <w:pPr>
              <w:spacing w:after="0"/>
            </w:pPr>
            <w:r>
              <w:rPr>
                <w:b/>
              </w:rPr>
              <w:t>P</w:t>
            </w:r>
            <w:r>
              <w:rPr>
                <w:b/>
              </w:rPr>
              <w:t>articipation sur inscription</w:t>
            </w:r>
            <w:r w:rsidR="00E14B82">
              <w:rPr>
                <w:b/>
              </w:rPr>
              <w:t xml:space="preserve"> :</w:t>
            </w:r>
            <w:r>
              <w:br/>
              <w:t>Après votre inscription administrative, merci de confirmer votre participation via le lien suivant :</w:t>
            </w:r>
            <w:r>
              <w:br/>
            </w:r>
            <w:r>
              <w:rPr>
                <w:b/>
                <w:color w:val="B0183A"/>
              </w:rPr>
              <w:t>➡</w:t>
            </w:r>
            <w:r>
              <w:rPr>
                <w:b/>
                <w:color w:val="B0183A"/>
              </w:rPr>
              <w:t>️</w:t>
            </w:r>
            <w:r>
              <w:rPr>
                <w:b/>
                <w:color w:val="B0183A"/>
              </w:rPr>
              <w:t xml:space="preserve"> </w:t>
            </w:r>
            <w:r w:rsidR="00896D5A">
              <w:rPr>
                <w:b/>
                <w:color w:val="B0183A"/>
              </w:rPr>
              <w:t>Inscription</w:t>
            </w:r>
            <w:r>
              <w:rPr>
                <w:b/>
                <w:color w:val="B0183A"/>
              </w:rPr>
              <w:t xml:space="preserve"> : </w:t>
            </w:r>
            <w:r w:rsidR="00896D5A" w:rsidRPr="00896D5A">
              <w:rPr>
                <w:b/>
                <w:color w:val="B0183A"/>
              </w:rPr>
              <w:t> </w:t>
            </w:r>
            <w:hyperlink r:id="rId7" w:history="1">
              <w:r w:rsidR="00896D5A" w:rsidRPr="00896D5A">
                <w:rPr>
                  <w:rStyle w:val="Lienhypertexte"/>
                  <w:b/>
                </w:rPr>
                <w:t>Cours : Summer Campus 2026 | Moodle USPN</w:t>
              </w:r>
            </w:hyperlink>
          </w:p>
        </w:tc>
      </w:tr>
    </w:tbl>
    <w:p w14:paraId="29D854A8" w14:textId="77777777" w:rsidR="00BB7A4B" w:rsidRDefault="00BB7A4B">
      <w:pPr>
        <w:spacing w:after="40"/>
      </w:pPr>
    </w:p>
    <w:p w14:paraId="6B346F5F" w14:textId="77777777" w:rsidR="00BB7A4B" w:rsidRDefault="00CB3B25">
      <w:pPr>
        <w:jc w:val="center"/>
      </w:pPr>
      <w:r>
        <w:rPr>
          <w:b/>
          <w:color w:val="B0183A"/>
        </w:rPr>
        <w:t>Nous vous attendons nombreux pour bien commencer votre année universitaire !</w:t>
      </w:r>
    </w:p>
    <w:sectPr w:rsidR="00BB7A4B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7A5926"/>
    <w:multiLevelType w:val="hybridMultilevel"/>
    <w:tmpl w:val="C0760DC8"/>
    <w:lvl w:ilvl="0" w:tplc="040C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3614FF4"/>
    <w:multiLevelType w:val="hybridMultilevel"/>
    <w:tmpl w:val="9F6C82D4"/>
    <w:lvl w:ilvl="0" w:tplc="682AA586">
      <w:numFmt w:val="bullet"/>
      <w:lvlText w:val="•"/>
      <w:lvlJc w:val="left"/>
      <w:pPr>
        <w:ind w:left="648" w:hanging="360"/>
      </w:pPr>
      <w:rPr>
        <w:rFonts w:ascii="Aptos" w:eastAsia="Aptos" w:hAnsi="Apto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 w16cid:durableId="352851466">
    <w:abstractNumId w:val="8"/>
  </w:num>
  <w:num w:numId="2" w16cid:durableId="455952955">
    <w:abstractNumId w:val="6"/>
  </w:num>
  <w:num w:numId="3" w16cid:durableId="1767723631">
    <w:abstractNumId w:val="5"/>
  </w:num>
  <w:num w:numId="4" w16cid:durableId="1867524144">
    <w:abstractNumId w:val="4"/>
  </w:num>
  <w:num w:numId="5" w16cid:durableId="1695811237">
    <w:abstractNumId w:val="7"/>
  </w:num>
  <w:num w:numId="6" w16cid:durableId="2059434045">
    <w:abstractNumId w:val="3"/>
  </w:num>
  <w:num w:numId="7" w16cid:durableId="1701201973">
    <w:abstractNumId w:val="2"/>
  </w:num>
  <w:num w:numId="8" w16cid:durableId="508301353">
    <w:abstractNumId w:val="1"/>
  </w:num>
  <w:num w:numId="9" w16cid:durableId="1781951074">
    <w:abstractNumId w:val="0"/>
  </w:num>
  <w:num w:numId="10" w16cid:durableId="871379501">
    <w:abstractNumId w:val="9"/>
  </w:num>
  <w:num w:numId="11" w16cid:durableId="2119181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96D5A"/>
    <w:rsid w:val="00AA1D8D"/>
    <w:rsid w:val="00B47730"/>
    <w:rsid w:val="00BB7A4B"/>
    <w:rsid w:val="00CB0664"/>
    <w:rsid w:val="00CB3B25"/>
    <w:rsid w:val="00CD4726"/>
    <w:rsid w:val="00CE20BF"/>
    <w:rsid w:val="00E14B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40AEFE"/>
  <w14:defaultImageDpi w14:val="300"/>
  <w15:docId w15:val="{990F0C1B-4384-42E7-9D36-50DADC83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0183A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B5FA5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B5FA5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896D5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96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odle.univ-spn.fr/course/view.php?id=161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Lidwine VERSAVEAUD</cp:lastModifiedBy>
  <cp:revision>15</cp:revision>
  <dcterms:created xsi:type="dcterms:W3CDTF">2026-07-02T06:29:00Z</dcterms:created>
  <dcterms:modified xsi:type="dcterms:W3CDTF">2026-07-02T06:32:00Z</dcterms:modified>
  <cp:category/>
</cp:coreProperties>
</file>